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教育訓練課後問卷範本（不記名）</w:t>
      </w:r>
    </w:p>
    <w:p>
      <w:r>
        <w:t>課程名稱：＿＿＿＿＿＿＿＿＿＿　日期：＿＿＿＿＿＿　講師：＿＿＿＿＿＿</w:t>
      </w:r>
    </w:p>
    <w:p>
      <w:r>
        <w:t>本問卷不記名，填答內容只用於改進課程。請不要在開放題寫出同事姓名。</w:t>
      </w:r>
    </w:p>
    <w:p>
      <w:pPr>
        <w:pStyle w:val="Heading2"/>
      </w:pPr>
      <w:r>
        <w:t>一、基本資料</w:t>
      </w:r>
    </w:p>
    <w:p>
      <w:r>
        <w:t>1. 你的部門類別：□ 業務　□ 行政管理　□ 研發技術　□ 生產製造　□ 其他</w:t>
      </w:r>
    </w:p>
    <w:p>
      <w:pPr>
        <w:pStyle w:val="Heading2"/>
      </w:pPr>
      <w:r>
        <w:t>二、量表題（1＝非常不同意，5＝非常同意）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題目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5</w:t>
            </w:r>
          </w:p>
        </w:tc>
      </w:tr>
      <w:tr>
        <w:tc>
          <w:tcPr>
            <w:tcW w:type="dxa" w:w="1440"/>
          </w:tcPr>
          <w:p>
            <w:r>
              <w:t>2. 這堂課的內容和我的工作有關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</w:tr>
      <w:tr>
        <w:tc>
          <w:tcPr>
            <w:tcW w:type="dxa" w:w="1440"/>
          </w:tcPr>
          <w:p>
            <w:r>
              <w:t>3. 講師講解清楚，我聽得懂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</w:tr>
      <w:tr>
        <w:tc>
          <w:tcPr>
            <w:tcW w:type="dxa" w:w="1440"/>
          </w:tcPr>
          <w:p>
            <w:r>
              <w:t>4. 課堂練習的時間足夠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</w:tr>
      <w:tr>
        <w:tc>
          <w:tcPr>
            <w:tcW w:type="dxa" w:w="1440"/>
          </w:tcPr>
          <w:p>
            <w:r>
              <w:t>5. 課程時間安排（長度、休息）恰當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</w:tr>
      <w:tr>
        <w:tc>
          <w:tcPr>
            <w:tcW w:type="dxa" w:w="1440"/>
          </w:tcPr>
          <w:p>
            <w:r>
              <w:t>6. 我會推薦同事來上這堂課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</w:tr>
      <w:tr>
        <w:tc>
          <w:tcPr>
            <w:tcW w:type="dxa" w:w="1440"/>
          </w:tcPr>
          <w:p>
            <w:r>
              <w:t>7. 整體來說，我對這堂課滿意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  <w:tc>
          <w:tcPr>
            <w:tcW w:type="dxa" w:w="1440"/>
          </w:tcPr>
          <w:p>
            <w:r>
              <w:t>□</w:t>
            </w:r>
          </w:p>
        </w:tc>
      </w:tr>
    </w:tbl>
    <w:p>
      <w:pPr>
        <w:pStyle w:val="Heading2"/>
      </w:pPr>
      <w:r>
        <w:t>三、行動題</w:t>
      </w:r>
    </w:p>
    <w:p>
      <w:r>
        <w:t>8. 回到工作後一週內，你打算先用哪一項？</w:t>
      </w:r>
    </w:p>
    <w:p>
      <w:r>
        <w:t>□ 單元一＿＿＿＿　□ 單元二＿＿＿＿　□ 單元三＿＿＿＿　□ 其他＿＿＿＿　□ 暫時用不到</w:t>
      </w:r>
    </w:p>
    <w:p>
      <w:pPr>
        <w:pStyle w:val="Heading2"/>
      </w:pPr>
      <w:r>
        <w:t>四、開放題</w:t>
      </w:r>
    </w:p>
    <w:p>
      <w:r>
        <w:t>9. 今天哪一段對你的工作最有用？為什麼？</w:t>
      </w:r>
    </w:p>
    <w:p>
      <w:r>
        <w:br/>
        <w:br/>
      </w:r>
    </w:p>
    <w:p>
      <w:r>
        <w:t>10. 哪一段你希望多花時間、多舉例，或換一種方式教？</w:t>
      </w:r>
    </w:p>
    <w:p>
      <w:r>
        <w:br/>
        <w:br/>
      </w:r>
    </w:p>
    <w:p>
      <w:r>
        <w:t>11. 回到工作上，你最可能先用在哪件事？會遇到什麼困難？</w:t>
      </w:r>
    </w:p>
    <w:p>
      <w:r>
        <w:br/>
        <w:br/>
      </w:r>
    </w:p>
    <w:p>
      <w:r>
        <w:t>12. 還有什麼想跟講師或人資說的？（選填）</w:t>
      </w:r>
    </w:p>
    <w:p>
      <w:r>
        <w:br/>
        <w:br/>
      </w:r>
    </w:p>
    <w:p>
      <w:pPr>
        <w:pStyle w:val="Heading2"/>
      </w:pPr>
      <w:r>
        <w:t>人資用：設計與分析提醒</w:t>
      </w:r>
    </w:p>
    <w:p>
      <w:pPr>
        <w:pStyle w:val="ListBullet"/>
      </w:pPr>
      <w:r>
        <w:t>一題只問一件事；好的和要改的分開問。</w:t>
      </w:r>
    </w:p>
    <w:p>
      <w:pPr>
        <w:pStyle w:val="ListBullet"/>
      </w:pPr>
      <w:r>
        <w:t>說不記名就不收姓名、工號、Email；人數很少的部門合併成「其他」。</w:t>
      </w:r>
    </w:p>
    <w:p>
      <w:pPr>
        <w:pStyle w:val="ListBullet"/>
      </w:pPr>
      <w:r>
        <w:t>匯出後先刪識別欄位、補流水號（R01、R02……），再把開放題貼給 AI。</w:t>
      </w:r>
    </w:p>
    <w:p>
      <w:pPr>
        <w:pStyle w:val="ListBullet"/>
      </w:pPr>
      <w:r>
        <w:t>平均分數與主題則數用 Excel 自己算，不交給 AI 算。</w:t>
      </w:r>
    </w:p>
    <w:p/>
    <w:p>
      <w:r>
        <w:t>出處：人資 AI 實戰站 hr.autolab.cloud｜阿峰老師（黃敬峰）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