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履歷去識別化工具包：AI 篩選履歷前先做這三張</w:t>
      </w:r>
    </w:p>
    <w:p>
      <w:r>
        <w:t>用法：先用「一、刪除檢核表」逐份檢查，再把保留欄位抄進「二、履歷摘要表」，只把摘要表交給 AI 比對；篩完填「三、篩選紀錄表」。</w:t>
      </w:r>
    </w:p>
    <w:p>
      <w:r>
        <w:t>提醒：編號對照表（A01 是誰）另外存放，不送進 AI。原始履歷不動，決定前回頭看原始履歷。</w:t>
      </w:r>
    </w:p>
    <w:p>
      <w:pPr>
        <w:pStyle w:val="Heading2"/>
      </w:pPr>
      <w:r>
        <w:t>一、刪除檢核表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欄位</w:t>
            </w:r>
          </w:p>
        </w:tc>
        <w:tc>
          <w:tcPr>
            <w:tcW w:type="dxa" w:w="4320"/>
          </w:tcPr>
          <w:p>
            <w:r>
              <w:t>處理方式（完成請打勾 □）</w:t>
            </w:r>
          </w:p>
        </w:tc>
      </w:tr>
      <w:tr>
        <w:tc>
          <w:tcPr>
            <w:tcW w:type="dxa" w:w="4000"/>
          </w:tcPr>
          <w:p>
            <w:r>
              <w:t>姓名</w:t>
            </w:r>
          </w:p>
        </w:tc>
        <w:tc>
          <w:tcPr>
            <w:tcW w:type="dxa" w:w="4320"/>
          </w:tcPr>
          <w:p>
            <w:r>
              <w:t>換成編號（A01、A02…）</w:t>
            </w:r>
          </w:p>
        </w:tc>
      </w:tr>
      <w:tr>
        <w:tc>
          <w:tcPr>
            <w:tcW w:type="dxa" w:w="4000"/>
          </w:tcPr>
          <w:p>
            <w:r>
              <w:t>手機、Email、通訊軟體帳號</w:t>
            </w:r>
          </w:p>
        </w:tc>
        <w:tc>
          <w:tcPr>
            <w:tcW w:type="dxa" w:w="4320"/>
          </w:tcPr>
          <w:p>
            <w:r>
              <w:t>刪除</w:t>
            </w:r>
          </w:p>
        </w:tc>
      </w:tr>
      <w:tr>
        <w:tc>
          <w:tcPr>
            <w:tcW w:type="dxa" w:w="4000"/>
          </w:tcPr>
          <w:p>
            <w:r>
              <w:t>身分證字號、護照號碼</w:t>
            </w:r>
          </w:p>
        </w:tc>
        <w:tc>
          <w:tcPr>
            <w:tcW w:type="dxa" w:w="4320"/>
          </w:tcPr>
          <w:p>
            <w:r>
              <w:t>刪除</w:t>
            </w:r>
          </w:p>
        </w:tc>
      </w:tr>
      <w:tr>
        <w:tc>
          <w:tcPr>
            <w:tcW w:type="dxa" w:w="4000"/>
          </w:tcPr>
          <w:p>
            <w:r>
              <w:t>戶籍／通訊地址</w:t>
            </w:r>
          </w:p>
        </w:tc>
        <w:tc>
          <w:tcPr>
            <w:tcW w:type="dxa" w:w="4320"/>
          </w:tcPr>
          <w:p>
            <w:r>
              <w:t>刪除（職缺需要時改成「可否通勤到○○」）</w:t>
            </w:r>
          </w:p>
        </w:tc>
      </w:tr>
      <w:tr>
        <w:tc>
          <w:tcPr>
            <w:tcW w:type="dxa" w:w="4000"/>
          </w:tcPr>
          <w:p>
            <w:r>
              <w:t>大頭照</w:t>
            </w:r>
          </w:p>
        </w:tc>
        <w:tc>
          <w:tcPr>
            <w:tcW w:type="dxa" w:w="4320"/>
          </w:tcPr>
          <w:p>
            <w:r>
              <w:t>刪除</w:t>
            </w:r>
          </w:p>
        </w:tc>
      </w:tr>
      <w:tr>
        <w:tc>
          <w:tcPr>
            <w:tcW w:type="dxa" w:w="4000"/>
          </w:tcPr>
          <w:p>
            <w:r>
              <w:t>出生年月日、年齡、畢業年份</w:t>
            </w:r>
          </w:p>
        </w:tc>
        <w:tc>
          <w:tcPr>
            <w:tcW w:type="dxa" w:w="4320"/>
          </w:tcPr>
          <w:p>
            <w:r>
              <w:t>刪除（畢業年份改成「相關工作年資」）</w:t>
            </w:r>
          </w:p>
        </w:tc>
      </w:tr>
      <w:tr>
        <w:tc>
          <w:tcPr>
            <w:tcW w:type="dxa" w:w="4000"/>
          </w:tcPr>
          <w:p>
            <w:r>
              <w:t>性別、兵役</w:t>
            </w:r>
          </w:p>
        </w:tc>
        <w:tc>
          <w:tcPr>
            <w:tcW w:type="dxa" w:w="4320"/>
          </w:tcPr>
          <w:p>
            <w:r>
              <w:t>刪除</w:t>
            </w:r>
          </w:p>
        </w:tc>
      </w:tr>
      <w:tr>
        <w:tc>
          <w:tcPr>
            <w:tcW w:type="dxa" w:w="4000"/>
          </w:tcPr>
          <w:p>
            <w:r>
              <w:t>婚姻、家庭成員、子女、留職停薪原因</w:t>
            </w:r>
          </w:p>
        </w:tc>
        <w:tc>
          <w:tcPr>
            <w:tcW w:type="dxa" w:w="4320"/>
          </w:tcPr>
          <w:p>
            <w:r>
              <w:t>刪除</w:t>
            </w:r>
          </w:p>
        </w:tc>
      </w:tr>
      <w:tr>
        <w:tc>
          <w:tcPr>
            <w:tcW w:type="dxa" w:w="4000"/>
          </w:tcPr>
          <w:p>
            <w:r>
              <w:t>籍貫、出生地、宗教、政黨</w:t>
            </w:r>
          </w:p>
        </w:tc>
        <w:tc>
          <w:tcPr>
            <w:tcW w:type="dxa" w:w="4320"/>
          </w:tcPr>
          <w:p>
            <w:r>
              <w:t>刪除</w:t>
            </w:r>
          </w:p>
        </w:tc>
      </w:tr>
      <w:tr>
        <w:tc>
          <w:tcPr>
            <w:tcW w:type="dxa" w:w="4000"/>
          </w:tcPr>
          <w:p>
            <w:r>
              <w:t>健康狀況、身心障礙、病史</w:t>
            </w:r>
          </w:p>
        </w:tc>
        <w:tc>
          <w:tcPr>
            <w:tcW w:type="dxa" w:w="4320"/>
          </w:tcPr>
          <w:p>
            <w:r>
              <w:t>刪除</w:t>
            </w:r>
          </w:p>
        </w:tc>
      </w:tr>
      <w:tr>
        <w:tc>
          <w:tcPr>
            <w:tcW w:type="dxa" w:w="4000"/>
          </w:tcPr>
          <w:p>
            <w:r>
              <w:t>社群帳號、個人網站連結</w:t>
            </w:r>
          </w:p>
        </w:tc>
        <w:tc>
          <w:tcPr>
            <w:tcW w:type="dxa" w:w="4320"/>
          </w:tcPr>
          <w:p>
            <w:r>
              <w:t>刪除（作品集職缺改成「有附作品集」）</w:t>
            </w:r>
          </w:p>
        </w:tc>
      </w:tr>
      <w:tr>
        <w:tc>
          <w:tcPr>
            <w:tcW w:type="dxa" w:w="4000"/>
          </w:tcPr>
          <w:p>
            <w:r>
              <w:t>推薦人姓名與電話</w:t>
            </w:r>
          </w:p>
        </w:tc>
        <w:tc>
          <w:tcPr>
            <w:tcW w:type="dxa" w:w="4320"/>
          </w:tcPr>
          <w:p>
            <w:r>
              <w:t>刪除</w:t>
            </w:r>
          </w:p>
        </w:tc>
      </w:tr>
      <w:tr>
        <w:tc>
          <w:tcPr>
            <w:tcW w:type="dxa" w:w="4000"/>
          </w:tcPr>
          <w:p>
            <w:r>
              <w:t>自傳中的家庭背景、成長地點段落</w:t>
            </w:r>
          </w:p>
        </w:tc>
        <w:tc>
          <w:tcPr>
            <w:tcW w:type="dxa" w:w="4320"/>
          </w:tcPr>
          <w:p>
            <w:r>
              <w:t>整段刪除</w:t>
            </w:r>
          </w:p>
        </w:tc>
      </w:tr>
    </w:tbl>
    <w:p>
      <w:pPr>
        <w:pStyle w:val="Heading2"/>
      </w:pPr>
      <w:r>
        <w:t>二、履歷摘要表（只填保留欄位）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編號</w:t>
            </w:r>
          </w:p>
        </w:tc>
        <w:tc>
          <w:tcPr>
            <w:tcW w:type="dxa" w:w="1440"/>
          </w:tcPr>
          <w:p>
            <w:r>
              <w:t>學歷等級＋科系</w:t>
            </w:r>
          </w:p>
        </w:tc>
        <w:tc>
          <w:tcPr>
            <w:tcW w:type="dxa" w:w="1440"/>
          </w:tcPr>
          <w:p>
            <w:r>
              <w:t>相關證照</w:t>
            </w:r>
          </w:p>
        </w:tc>
        <w:tc>
          <w:tcPr>
            <w:tcW w:type="dxa" w:w="1440"/>
          </w:tcPr>
          <w:p>
            <w:r>
              <w:t>工作經歷（職務／年資／做過的事）</w:t>
            </w:r>
          </w:p>
        </w:tc>
        <w:tc>
          <w:tcPr>
            <w:tcW w:type="dxa" w:w="1440"/>
          </w:tcPr>
          <w:p>
            <w:r>
              <w:t>技能與語言能力</w:t>
            </w:r>
          </w:p>
        </w:tc>
        <w:tc>
          <w:tcPr>
            <w:tcW w:type="dxa" w:w="1440"/>
          </w:tcPr>
          <w:p>
            <w:r>
              <w:t>自傳中與工作相關的內容</w:t>
            </w:r>
          </w:p>
        </w:tc>
      </w:tr>
      <w:tr>
        <w:tc>
          <w:tcPr>
            <w:tcW w:type="dxa" w:w="1440"/>
          </w:tcPr>
          <w:p>
            <w:r>
              <w:t>A01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A02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A03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A04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A05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t>三、篩選紀錄表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000"/>
          </w:tcPr>
          <w:p>
            <w:r>
              <w:t>職缺名稱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篩選日期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去識別化負責人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去識別化方式（人工／Excel／公司核准工具）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抽查人與抽查份數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使用的 AI 工具（是否經公司核准）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比對清單版本（附第一段產出）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AI 輸出存放位置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進入面試的編號與人工決定理由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決定人（人資／用人主管）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編號對照表存放位置與權限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000"/>
          </w:tcPr>
          <w:p>
            <w:r>
              <w:t>對照表與未錄取履歷的銷毀時間（依公司規定）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出處：人資 AI 實戰站 hr.autolab.cloud｜阿峰老師（黃敬峰）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