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JD 填空範本：先填這張，再丟給 AI</w:t>
      </w:r>
    </w:p>
    <w:p>
      <w:r>
        <w:t>用法：跟用人主管花 5 分鐘填完，整張貼進「第一段：產出 JD 初稿」提示詞的素材欄位。</w:t>
      </w:r>
    </w:p>
    <w:p>
      <w:r>
        <w:t>提醒：不要填年齡、性別、婚姻、外貌等與工作能力無關的條件。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3400"/>
          </w:tcPr>
          <w:p>
            <w:r>
              <w:t>職稱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3400"/>
          </w:tcPr>
          <w:p>
            <w:r>
              <w:t>部門與團隊人數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3400"/>
          </w:tcPr>
          <w:p>
            <w:r>
              <w:t>這個職位為什麼存在（兩三句）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3400"/>
          </w:tcPr>
          <w:p>
            <w:r>
              <w:t>上班第一週會做的三件事</w:t>
            </w:r>
          </w:p>
        </w:tc>
        <w:tc>
          <w:tcPr>
            <w:tcW w:type="dxa" w:w="4320"/>
          </w:tcPr>
          <w:p>
            <w:r>
              <w:t>1.</w:t>
              <w:br/>
              <w:t>2.</w:t>
              <w:br/>
              <w:t>3.</w:t>
            </w:r>
          </w:p>
        </w:tc>
      </w:tr>
      <w:tr>
        <w:tc>
          <w:tcPr>
            <w:tcW w:type="dxa" w:w="3400"/>
          </w:tcPr>
          <w:p>
            <w:r>
              <w:t>一定要會的（不會就不錄取）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3400"/>
          </w:tcPr>
          <w:p>
            <w:r>
              <w:t>會了加分的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3400"/>
          </w:tcPr>
          <w:p>
            <w:r>
              <w:t>主要對接的人（對內／對外）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3400"/>
          </w:tcPr>
          <w:p>
            <w:r>
              <w:t>三個月後做到什麼算成功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3400"/>
          </w:tcPr>
          <w:p>
            <w:r>
              <w:t>六個月後做到什麼算成功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3400"/>
          </w:tcPr>
          <w:p>
            <w:r>
              <w:t>薪資範圍（人資填，不讓 AI 編）</w:t>
            </w:r>
          </w:p>
        </w:tc>
        <w:tc>
          <w:tcPr>
            <w:tcW w:type="dxa" w:w="4320"/>
          </w:tcPr>
          <w:p>
            <w:r>
              <w:t>新臺幣　　　　～　　　　元／月</w:t>
            </w:r>
          </w:p>
        </w:tc>
      </w:tr>
      <w:tr>
        <w:tc>
          <w:tcPr>
            <w:tcW w:type="dxa" w:w="3400"/>
          </w:tcPr>
          <w:p>
            <w:r>
              <w:t>上班地點與時間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出處：人資 AI 實戰站 hr.autolab.cloud｜阿峰老師（黃敬峰）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